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כתיבה טיעונית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פסקת הטיעון ואת מרכיביה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במילות קישור ובעמדת נגד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טענה, נימוק וביסוס בצורה מסודרת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עמדה שהכותב מציג ומנסה לשכנע 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לתמוך בטענה ולהסביר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הדעה המנוגדת לטענה 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ראשית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לשכנע בעמדה בעזרת סיסמה ונימוקים קצרים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בפסקה בסיסית מספיקים טענה, נימוק וביסוס; ההפרכה נדרשת במאמר טיעון מלא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הן מסמנות את סדר הרעיונות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התרגיל בלוח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זו משימה ברמה המתקדמת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זו משימה ברמה הבסיסית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ביסוס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לפיכך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מסכים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הפרכה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(העמדה המרכזית שהכותב מציג)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(הסבר שתומך בטענה)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(דוגמה או נתון שמחזק את הנימוק)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(הדעה המנוגדת לטענה שלנו)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(הסבר מדוע עמדת הנגד אינה נכונה או מספקת)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כתיבת מאמר טיעון מלא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עם הצגת העמדה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נימוק ראשון מבוסס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הצגת עמדת הנגד והפרכתה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סיום מסכם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פסקה הכוללת טענה ברורה, נימוק עם ביסוס, ולפחות שתי מילות קישור כמו ראשית וזאת ועוד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נימוק מסביר, ביסוס מוכיח בדוגמה או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תקינה כמו ראשית, לפיכך, זאת ועוד עם הסבר לשימוש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הצגת עמדת הנגד והפרכתה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לתת לכל הכיתה אותה שאלת דיון כדי להשוות זוויות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להתחיל בחלקים הבסיסיים לפני המעבר למאמר המלא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במחוון הפשוט להערכת פסקאות התלמידים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כתיבה טיעונית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איך כותבים טיעון: מה זה טענה, מה זה נימוק, ואיך מתייחסים לדעה הפוכה.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טענה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העמדה המרכזית שהכותב רוצה לשכנע 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נימוק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הסבר שתומך בטענה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ביסוס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דוגמה או נתון שמחזק את הנימוק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עמדת נגד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הדעה המנוגדת לטענה שלנו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הפרכה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הסבר מדוע עמדת הנגד אינה נכונה או מספקת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קישור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שמחברת בין חלקי הטיעון, כמו ראשית או לפיכך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כרזת קמפיין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פרסומת קצרה שמנסה לשכנע בעמדה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טענה?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עמדה שהכותב מציג ומנסה לשכנע 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תיאור של אירוע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שאלה פתוחה לדיון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סיכום של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תפקיד הנימוק?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לפתוח את 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לתמוך בטענה ולהסביר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להחליף את הכותרת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לסכם את הדיון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עמדת נגד?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חזרה על הטענה שלנו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דוגמה שתומכת בטענה שלנו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הדעה המנוגדת לטענה שלנו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סיום 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מתאימה לפתיחת נימוק 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לעומת זאת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המטרה של כרזת קמפיין?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לתאר אירוע היסטורי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לשכנע בעמדה בעזרת סיסמה ונימוקים קצרים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להציג נתונים סטטיסטיים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לספר סיפור אישי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פסקת טיעון חייבת להכיל הפרכה של עמדת הנגד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מילות קישור כמו ראשית ולפיכך עוזרות לארגן את הטיעון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עורכי דין כל צד מדבר דקה ואחר כך מגיב 30 שניות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כרזת קמפיין היא משימה ברמה הבסיסית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חיפוש נתונים התומכים בעמדה שייך לרמת הביניים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במבנה פסקת הטיעון הסדר הוא: טענה, נימוק, __________, 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מילת הקישור __________ מציינת מסקנה הנובעת מהנימוקים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בתרגיל קו עמדה התלמידים מתייצבים על קו בין מסכים ל-__________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בתרגיל המאזניים מציירים בכף אחת נימוקים בעד ובשנייה נימוקים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מאמר טיעון מלא כולל גם הצגה של עמדת הנגד ואת ה__________ שלה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טענה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הסבר שתומך בטענה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נימוק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הסבר מדוע עמדת הנגד אינה נכונה או מספקת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ביסוס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הדעה המנוגדת לטענה שלנו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עמדת נגד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דוגמה או נתון שמחזק את הנימוק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הפרכה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העמדה המרכזית שהכותב מציג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כתיבת מאמר טיעון מלא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הצגת עמדת הנגד והפרכתה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פתיחה עם הצגת העמדה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סיום מסכם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נימוק ראשון מבוסס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פסקת טיעון אחת במבנה טענה-נימוק-ביסוס-סיכום על שאלה לבחירתכם, והשתמשו בשתי מילות קישור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נימוק לביסוס?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למילת קישור ואמרו מתי משתמשים 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להוסיף כדי שמאמר טיעון ייחשב מלא?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כתיבה טיעונית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