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פסקת הטיעון ואת מרכיביה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במילות קישור ובעמדת 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טענה, נימוק וביסוס בצורה 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עמדה שהכותב מציג ומנסה לשכנע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לתמוך בטענה ולהסביר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בפסקה בסיסית מספיקים טענה, נימוק וביסוס; ההפרכה נדרשת במאמר טיעון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הן מסמנות את סדר הרעיונות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מסכים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(העמדה המרכזית שהכותב מציג)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(הסבר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(דוגמה או נתון שמחזק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(הדעה המנוגדת לטענה שלנו)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מאמר טיעון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הצגת העמדה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 ראשון מבוסס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הצגת עמדת הנגד והפרכתה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סיום מסכם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פסקה הכוללת טענה ברורה, נימוק עם ביסוס, ולפחות שתי מילות קישור כמו ראשית וזאת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מסביר, ביסוס מוכיח בדוגמה או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ראשית, לפיכך, זאת ועוד עם הסבר לשימוש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הצגת עמדת הנגד והפרכתה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לכל הכיתה אותה שאלת דיון כדי להשוות זוויות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בחלקים הבסיסיים לפני המעבר למאמר המלא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במחוון הפשוט להערכת פסקאות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עקרונות הכתיבה הטיעונית: איך בונים טענה, איך תומכים בה בנימוקים ובביסוס, ואיך מתייחסים לעמדה מנוגדת.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לא מסכים  ·  ביסוס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טענה בכתיבה טיעונית?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עמדה שהכותב מציג ומנסה לשכנע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תיאור של 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שאלה פתוחה לדיון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תפקידו של נימוק בפסקת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לפתוח את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לתמוך בטענה ולהסביר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הכותרת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פסקת טיעון חייבת להכיל הפרכה של עמדת הנגד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מילות קישור כמו ראשית ולפיכך עוזרות לארגן את הטיעון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במבנה פסקת הטיעון הסדר הוא: טענה, נימוק, __________,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בתרגיל קו עמדה התלמידים מתייצבים על קו בין מסכים ל-__________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הדעה המנוגדת לטענה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העמדה המרכזית שהכותב מציג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הסבר שתומך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עמדת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דוגמה או נתון שמחזק את הנימוק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כתיבת מאמר טיעון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סיום מסכם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הצגת עמדת הנגד והפרכתה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עם הצגת העמדה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נימוק ראשון מבוסס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פסקת טיעון אחת במבנה טענה-נימוק-ביסוס-סיכום על שאלה לבחירתכם, והשתמשו בשתי מילות קישור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נימוק לביסוס?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קישור ואמרו מתי משתמשים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כתיבה טיעונית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